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C9A05A"/>
          <w:sz w:val="52"/>
        </w:rPr>
        <w:t>FAKTURA</w:t>
      </w:r>
    </w:p>
    <w:p>
      <w:pPr>
        <w:spacing w:after="280"/>
      </w:pPr>
      <w:r>
        <w:rPr>
          <w:b w:val="0"/>
          <w:color w:val="64748B"/>
          <w:sz w:val="20"/>
        </w:rPr>
        <w:t>Fakturanr.: __________    (skal være fortløbende)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b/>
              </w:rPr>
              <w:t>Afsender (dig)</w:t>
              <w:br/>
            </w:r>
            <w:r>
              <w:t>Firmanavn: ______________________</w:t>
              <w:br/>
              <w:t>Adresse: ________________________</w:t>
              <w:br/>
              <w:t>Postnr. og by: ___________________</w:t>
              <w:br/>
              <w:t>CVR-nr.: ________________________</w:t>
              <w:br/>
              <w:t>E-mail / telefon: _________________</w:t>
            </w:r>
          </w:p>
        </w:tc>
        <w:tc>
          <w:tcPr>
            <w:tcW w:type="dxa" w:w="4873"/>
          </w:tcPr>
          <w:p>
            <w:r>
              <w:rPr>
                <w:b/>
              </w:rPr>
              <w:t>Faktureres til (kunden)</w:t>
              <w:br/>
            </w:r>
            <w:r>
              <w:t>Navn / virksomhed: _______________</w:t>
              <w:br/>
              <w:t>Adresse: ________________________</w:t>
              <w:br/>
              <w:t>Postnr. og by: ___________________</w:t>
              <w:br/>
              <w:t>Evt. CVR-nr.: ____________________</w:t>
              <w:br/>
              <w:t>E-mail: _________________________</w:t>
            </w:r>
          </w:p>
        </w:tc>
      </w:tr>
    </w:tbl>
    <w:p>
      <w:pPr>
        <w:spacing w:after="120"/>
      </w:pPr>
      <w:r>
        <w:rPr>
          <w:b w:val="0"/>
          <w:color w:val="1E293B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t>Fakturadato: ____________</w:t>
            </w:r>
          </w:p>
        </w:tc>
        <w:tc>
          <w:tcPr>
            <w:tcW w:type="dxa" w:w="3249"/>
          </w:tcPr>
          <w:p>
            <w:r>
              <w:t>Leveringsdato: ____________</w:t>
            </w:r>
          </w:p>
        </w:tc>
        <w:tc>
          <w:tcPr>
            <w:tcW w:type="dxa" w:w="3249"/>
          </w:tcPr>
          <w:p>
            <w:r>
              <w:t>Betalingsfrist: ____________</w:t>
            </w:r>
          </w:p>
        </w:tc>
      </w:tr>
    </w:tbl>
    <w:p>
      <w:pPr>
        <w:spacing w:after="120"/>
      </w:pPr>
      <w:r>
        <w:rPr>
          <w:b w:val="0"/>
          <w:color w:val="1E293B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</w:tcPr>
          <w:p>
            <w:r>
              <w:rPr>
                <w:b/>
              </w:rPr>
              <w:t>Beskrivelse af vare eller ydelse</w:t>
            </w:r>
          </w:p>
        </w:tc>
        <w:tc>
          <w:tcPr>
            <w:tcW w:type="dxa" w:w="2436"/>
          </w:tcPr>
          <w:p>
            <w:r>
              <w:rPr>
                <w:b/>
              </w:rPr>
              <w:t>Antal</w:t>
            </w:r>
          </w:p>
        </w:tc>
        <w:tc>
          <w:tcPr>
            <w:tcW w:type="dxa" w:w="2436"/>
          </w:tcPr>
          <w:p>
            <w:r>
              <w:rPr>
                <w:b/>
              </w:rPr>
              <w:t>Enhedspris ekskl. moms</w:t>
            </w:r>
          </w:p>
        </w:tc>
        <w:tc>
          <w:tcPr>
            <w:tcW w:type="dxa" w:w="2436"/>
          </w:tcPr>
          <w:p>
            <w:r>
              <w:rPr>
                <w:b/>
              </w:rPr>
              <w:t>Beløb</w:t>
            </w:r>
          </w:p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/>
        </w:tc>
      </w:tr>
    </w:tbl>
    <w:p>
      <w:pPr>
        <w:spacing w:after="40"/>
      </w:pPr>
      <w:r>
        <w:rPr>
          <w:b w:val="0"/>
          <w:color w:val="1E293B"/>
          <w:sz w:val="20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</w:p>
        </w:tc>
        <w:tc>
          <w:tcPr>
            <w:tcW w:type="dxa" w:w="4873"/>
          </w:tcPr>
          <w:p>
            <w:pPr>
              <w:jc w:val="right"/>
            </w:pPr>
            <w:r>
              <w:rPr>
                <w:b w:val="0"/>
              </w:rPr>
              <w:t>Subtotal ekskl. moms (momsgrundlag):  ____________ kr.</w:t>
            </w:r>
          </w:p>
        </w:tc>
      </w:tr>
      <w:tr>
        <w:tc>
          <w:tcPr>
            <w:tcW w:type="dxa" w:w="4873"/>
          </w:tcPr>
          <w:p>
            <w:r/>
          </w:p>
        </w:tc>
        <w:tc>
          <w:tcPr>
            <w:tcW w:type="dxa" w:w="4873"/>
          </w:tcPr>
          <w:p>
            <w:pPr>
              <w:jc w:val="right"/>
            </w:pPr>
            <w:r>
              <w:rPr>
                <w:b w:val="0"/>
              </w:rPr>
              <w:t>Moms 25 %:  ____________ kr.</w:t>
            </w:r>
          </w:p>
        </w:tc>
      </w:tr>
      <w:tr>
        <w:tc>
          <w:tcPr>
            <w:tcW w:type="dxa" w:w="4873"/>
          </w:tcPr>
          <w:p>
            <w:r/>
          </w:p>
        </w:tc>
        <w:tc>
          <w:tcPr>
            <w:tcW w:type="dxa" w:w="4873"/>
          </w:tcPr>
          <w:p>
            <w:pPr>
              <w:jc w:val="right"/>
            </w:pPr>
            <w:r>
              <w:rPr>
                <w:b/>
              </w:rPr>
              <w:t>I alt at betale (DKK):  ____________ kr.</w:t>
            </w:r>
          </w:p>
        </w:tc>
      </w:tr>
    </w:tbl>
    <w:p>
      <w:pPr>
        <w:spacing w:after="120"/>
      </w:pPr>
      <w:r>
        <w:rPr>
          <w:b w:val="0"/>
          <w:color w:val="1E293B"/>
          <w:sz w:val="20"/>
        </w:rPr>
      </w:r>
    </w:p>
    <w:p>
      <w:pPr>
        <w:spacing w:after="40"/>
      </w:pPr>
      <w:r>
        <w:rPr>
          <w:b/>
          <w:color w:val="1E293B"/>
          <w:sz w:val="20"/>
        </w:rPr>
        <w:t>Betalingsoplysninger</w:t>
      </w:r>
    </w:p>
    <w:p>
      <w:pPr>
        <w:spacing w:after="240"/>
      </w:pPr>
      <w:r>
        <w:rPr>
          <w:b w:val="0"/>
          <w:color w:val="1E293B"/>
          <w:sz w:val="20"/>
        </w:rPr>
        <w:t>Bankoverførsel — reg.nr.: ________  kontonr.: ______________</w:t>
        <w:br/>
        <w:t>Evt. MobilePay: ________________</w:t>
      </w:r>
    </w:p>
    <w:p>
      <w:pPr>
        <w:spacing w:after="40"/>
      </w:pPr>
      <w:r>
        <w:rPr>
          <w:b w:val="0"/>
          <w:color w:val="64748B"/>
          <w:sz w:val="16"/>
        </w:rPr>
        <w:t>Husk: fakturanummeret skal være fortløbende, og du skal gemme en kopi af fakturaen i 5 år. Sælger du til private uden moms eller med særlige momsregler, gælder andre felter.</w:t>
      </w:r>
    </w:p>
    <w:p>
      <w:pPr>
        <w:spacing w:after="80"/>
      </w:pPr>
      <w:r>
        <w:rPr>
          <w:b w:val="0"/>
          <w:color w:val="64748B"/>
          <w:sz w:val="16"/>
        </w:rPr>
        <w:t>Gratis skabelon fra PennaPay — eller lav fakturaen automatisk med moms og fortløbende nummer på pennapay.com/da/create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